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2633C6" w14:textId="77777777" w:rsidR="00B3140A" w:rsidRDefault="00B3140A" w:rsidP="00B80DED">
      <w:pPr>
        <w:spacing w:before="13"/>
        <w:ind w:left="20"/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0AFC93F2" w14:textId="77777777" w:rsidR="00B3140A" w:rsidRDefault="00B3140A" w:rsidP="00B80DED">
      <w:pPr>
        <w:spacing w:before="13"/>
        <w:ind w:left="20"/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 xml:space="preserve">ANEXO II </w:t>
      </w:r>
    </w:p>
    <w:p w14:paraId="3A3EFBE0" w14:textId="6EA82BEE" w:rsidR="00A0642B" w:rsidRPr="00B80DED" w:rsidRDefault="00262DBB" w:rsidP="00B80DED">
      <w:pPr>
        <w:spacing w:before="13"/>
        <w:ind w:left="20"/>
        <w:jc w:val="center"/>
        <w:rPr>
          <w:rFonts w:asciiTheme="majorHAnsi" w:hAnsiTheme="majorHAnsi" w:cstheme="majorHAnsi"/>
          <w:b/>
          <w:sz w:val="28"/>
          <w:szCs w:val="28"/>
        </w:rPr>
      </w:pPr>
      <w:r w:rsidRPr="00B80DED">
        <w:rPr>
          <w:rFonts w:asciiTheme="majorHAnsi" w:hAnsiTheme="majorHAnsi" w:cstheme="majorHAnsi"/>
          <w:b/>
          <w:sz w:val="28"/>
          <w:szCs w:val="28"/>
        </w:rPr>
        <w:t>AUTODECLARAÇÃO DE RESIDÊNCIA</w:t>
      </w:r>
    </w:p>
    <w:p w14:paraId="1C08962C" w14:textId="77777777" w:rsidR="00B80DED" w:rsidRPr="00B80DED" w:rsidRDefault="00B80DED" w:rsidP="00B80DED"/>
    <w:p w14:paraId="0428DC06" w14:textId="36C7DF35" w:rsidR="00EB48A7" w:rsidRDefault="00262DBB" w:rsidP="00EB48A7">
      <w:pPr>
        <w:pStyle w:val="Corpodetexto"/>
        <w:spacing w:before="162"/>
        <w:ind w:left="2" w:right="140"/>
        <w:jc w:val="both"/>
      </w:pPr>
      <w:r>
        <w:t xml:space="preserve">Eu, ___________________________________________________, portador(a) do Documento de Identidade nº ______________________, órgão emissor/UF ____________________, inscrito(a) no CPF nº ______________________, </w:t>
      </w:r>
      <w:proofErr w:type="spellStart"/>
      <w:r w:rsidR="00EB48A7">
        <w:t>na</w:t>
      </w:r>
      <w:proofErr w:type="spellEnd"/>
      <w:r w:rsidR="00EB48A7">
        <w:t xml:space="preserve"> </w:t>
      </w:r>
      <w:proofErr w:type="spellStart"/>
      <w:r w:rsidR="00EB48A7">
        <w:t>falta</w:t>
      </w:r>
      <w:proofErr w:type="spellEnd"/>
      <w:r w:rsidR="00EB48A7">
        <w:t xml:space="preserve"> de </w:t>
      </w:r>
      <w:proofErr w:type="spellStart"/>
      <w:r w:rsidR="00EB48A7">
        <w:t>documentos</w:t>
      </w:r>
      <w:proofErr w:type="spellEnd"/>
      <w:r w:rsidR="00EB48A7">
        <w:t xml:space="preserve"> para </w:t>
      </w:r>
      <w:proofErr w:type="spellStart"/>
      <w:r w:rsidR="00EB48A7">
        <w:t>comprovação</w:t>
      </w:r>
      <w:proofErr w:type="spellEnd"/>
      <w:r w:rsidR="00EB48A7">
        <w:t xml:space="preserve"> de </w:t>
      </w:r>
      <w:proofErr w:type="spellStart"/>
      <w:r w:rsidR="00EB48A7">
        <w:t>residência</w:t>
      </w:r>
      <w:proofErr w:type="spellEnd"/>
      <w:r w:rsidR="00EB48A7">
        <w:t xml:space="preserve"> </w:t>
      </w:r>
      <w:proofErr w:type="spellStart"/>
      <w:r w:rsidR="00EB48A7">
        <w:t>em</w:t>
      </w:r>
      <w:proofErr w:type="spellEnd"/>
      <w:r w:rsidR="00EB48A7">
        <w:t xml:space="preserve"> meu </w:t>
      </w:r>
      <w:proofErr w:type="spellStart"/>
      <w:r w:rsidR="00EB48A7">
        <w:t>próprio</w:t>
      </w:r>
      <w:proofErr w:type="spellEnd"/>
      <w:r w:rsidR="00EB48A7">
        <w:t xml:space="preserve"> </w:t>
      </w:r>
      <w:proofErr w:type="spellStart"/>
      <w:r w:rsidR="00EB48A7">
        <w:t>nome</w:t>
      </w:r>
      <w:proofErr w:type="spellEnd"/>
      <w:r w:rsidR="00EB48A7">
        <w:t xml:space="preserve">, DECLARO para </w:t>
      </w:r>
      <w:proofErr w:type="spellStart"/>
      <w:r w:rsidR="00EB48A7">
        <w:t>os</w:t>
      </w:r>
      <w:proofErr w:type="spellEnd"/>
      <w:r w:rsidR="00EB48A7">
        <w:t xml:space="preserve"> </w:t>
      </w:r>
      <w:proofErr w:type="spellStart"/>
      <w:r w:rsidR="00EB48A7">
        <w:t>devidos</w:t>
      </w:r>
      <w:proofErr w:type="spellEnd"/>
      <w:r w:rsidR="00EB48A7">
        <w:t xml:space="preserve"> fins, sob as </w:t>
      </w:r>
      <w:proofErr w:type="spellStart"/>
      <w:r w:rsidR="00EB48A7">
        <w:t>penas</w:t>
      </w:r>
      <w:proofErr w:type="spellEnd"/>
      <w:r w:rsidR="00EB48A7">
        <w:t xml:space="preserve"> da</w:t>
      </w:r>
      <w:r w:rsidR="00EB48A7">
        <w:rPr>
          <w:spacing w:val="-2"/>
        </w:rPr>
        <w:t xml:space="preserve"> </w:t>
      </w:r>
      <w:r w:rsidR="00EB48A7">
        <w:t xml:space="preserve">Lei, ser </w:t>
      </w:r>
      <w:proofErr w:type="spellStart"/>
      <w:r w:rsidR="00EB48A7">
        <w:t>residente</w:t>
      </w:r>
      <w:proofErr w:type="spellEnd"/>
      <w:r w:rsidR="00EB48A7">
        <w:t xml:space="preserve"> e </w:t>
      </w:r>
      <w:proofErr w:type="spellStart"/>
      <w:r w:rsidR="00EB48A7">
        <w:t>domiciliado</w:t>
      </w:r>
      <w:proofErr w:type="spellEnd"/>
      <w:r w:rsidR="00EB48A7">
        <w:t xml:space="preserve"> (a) no </w:t>
      </w:r>
      <w:proofErr w:type="spellStart"/>
      <w:r w:rsidR="00EB48A7">
        <w:t>seguinte</w:t>
      </w:r>
      <w:proofErr w:type="spellEnd"/>
      <w:r w:rsidR="00EB48A7">
        <w:t xml:space="preserve"> </w:t>
      </w:r>
      <w:proofErr w:type="spellStart"/>
      <w:r w:rsidR="00EB48A7">
        <w:t>endereço</w:t>
      </w:r>
      <w:proofErr w:type="spellEnd"/>
      <w:r w:rsidR="00EB48A7">
        <w:t xml:space="preserve">: </w:t>
      </w:r>
    </w:p>
    <w:p w14:paraId="5BC761FB" w14:textId="2E8D87C1" w:rsidR="00A0642B" w:rsidRDefault="00262DBB">
      <w:r>
        <w:t xml:space="preserve">- </w:t>
      </w:r>
      <w:proofErr w:type="spellStart"/>
      <w:r>
        <w:t>Logradouro</w:t>
      </w:r>
      <w:proofErr w:type="spellEnd"/>
      <w:r>
        <w:t>: __________________________________________________________</w:t>
      </w:r>
      <w:r w:rsidR="00E86FA5">
        <w:t>______________________________</w:t>
      </w:r>
      <w:r>
        <w:br/>
        <w:t xml:space="preserve">- </w:t>
      </w:r>
      <w:proofErr w:type="spellStart"/>
      <w:r>
        <w:t>Número</w:t>
      </w:r>
      <w:proofErr w:type="spellEnd"/>
      <w:r>
        <w:t>: ____________________________</w:t>
      </w:r>
      <w:r w:rsidR="00E86FA5">
        <w:t>________________________________________________________________</w:t>
      </w:r>
      <w:r>
        <w:br/>
        <w:t>- Complemento: ______________________</w:t>
      </w:r>
      <w:r w:rsidR="00E86FA5">
        <w:t>________________________________________________________________</w:t>
      </w:r>
      <w:r>
        <w:br/>
        <w:t>- Bairro: _____________________________</w:t>
      </w:r>
      <w:r w:rsidR="00E86FA5">
        <w:t>__________________________________________________________________</w:t>
      </w:r>
      <w:r>
        <w:br/>
        <w:t>- Cidade: _____________________________</w:t>
      </w:r>
      <w:r w:rsidR="00E86FA5">
        <w:t>__________________________________________________________________</w:t>
      </w:r>
      <w:r>
        <w:br/>
        <w:t>- CEP: _______________________________</w:t>
      </w:r>
      <w:r w:rsidR="00E86FA5">
        <w:t>___________________________________________________________________</w:t>
      </w:r>
    </w:p>
    <w:p w14:paraId="0B06D465" w14:textId="574055A1" w:rsidR="00A0642B" w:rsidRDefault="00262DBB">
      <w:r>
        <w:t xml:space="preserve">Declaro também que sou </w:t>
      </w:r>
      <w:proofErr w:type="spellStart"/>
      <w:r>
        <w:t>residente</w:t>
      </w:r>
      <w:proofErr w:type="spellEnd"/>
      <w:r>
        <w:t xml:space="preserve"> no </w:t>
      </w:r>
      <w:proofErr w:type="spellStart"/>
      <w:r>
        <w:t>estado</w:t>
      </w:r>
      <w:proofErr w:type="spellEnd"/>
      <w:r w:rsidR="00055097">
        <w:t xml:space="preserve"> do Amazonas, </w:t>
      </w:r>
      <w:proofErr w:type="spellStart"/>
      <w:r w:rsidR="00055097">
        <w:t>na</w:t>
      </w:r>
      <w:proofErr w:type="spellEnd"/>
      <w:r w:rsidR="00055097">
        <w:t xml:space="preserve"> </w:t>
      </w:r>
      <w:proofErr w:type="spellStart"/>
      <w:r w:rsidR="00055097">
        <w:t>cidade</w:t>
      </w:r>
      <w:proofErr w:type="spellEnd"/>
      <w:r w:rsidR="00055097">
        <w:t xml:space="preserve"> de </w:t>
      </w:r>
      <w:proofErr w:type="spellStart"/>
      <w:r w:rsidR="00055097">
        <w:t>Amaturá</w:t>
      </w:r>
      <w:proofErr w:type="spellEnd"/>
      <w:r w:rsidR="00055097">
        <w:t xml:space="preserve"> </w:t>
      </w:r>
      <w:proofErr w:type="spellStart"/>
      <w:r>
        <w:t>há</w:t>
      </w:r>
      <w:proofErr w:type="spellEnd"/>
      <w:r>
        <w:t xml:space="preserve"> </w:t>
      </w:r>
      <w:proofErr w:type="spellStart"/>
      <w:r>
        <w:t>pelo</w:t>
      </w:r>
      <w:proofErr w:type="spellEnd"/>
      <w:r>
        <w:t xml:space="preserve"> </w:t>
      </w:r>
      <w:proofErr w:type="spellStart"/>
      <w:r>
        <w:t>menos</w:t>
      </w:r>
      <w:proofErr w:type="spellEnd"/>
      <w:r>
        <w:t xml:space="preserve"> 1 (um) </w:t>
      </w:r>
      <w:proofErr w:type="spellStart"/>
      <w:r>
        <w:t>ano</w:t>
      </w:r>
      <w:proofErr w:type="spellEnd"/>
      <w:r>
        <w:t>.</w:t>
      </w:r>
    </w:p>
    <w:p w14:paraId="200EE3FC" w14:textId="77777777" w:rsidR="00A0642B" w:rsidRDefault="00262DBB">
      <w:r>
        <w:t>Estou ciente de que a falsidade das informações prestadas nesta declaração poderá implicar nas sanções penais previstas no Art. 299 do Código Penal, conforme descrito a seguir:</w:t>
      </w:r>
    </w:p>
    <w:p w14:paraId="764D0459" w14:textId="77777777" w:rsidR="00A0642B" w:rsidRDefault="00262DBB">
      <w:r>
        <w:t>"Art. 299 - Omitir, em documento público ou particular, declaração que nele devia constar, ou nele inserir ou fazer inserir declaração falsa ou diversa da que devia ser escrita, com o fim de prejudicar direito, criar obrigação ou alterar a verdade sobre fato juridicamente relevante.</w:t>
      </w:r>
      <w:r>
        <w:br/>
        <w:t>Pena: reclusão, de um a cinco anos, e multa, se o documento é público; e reclusão de um a três anos, e multa, se o documento é particular."</w:t>
      </w:r>
    </w:p>
    <w:p w14:paraId="03ACC751" w14:textId="77777777" w:rsidR="00E86FA5" w:rsidRDefault="00E86FA5">
      <w:pPr>
        <w:rPr>
          <w:highlight w:val="yellow"/>
        </w:rPr>
      </w:pPr>
    </w:p>
    <w:p w14:paraId="16672101" w14:textId="77777777" w:rsidR="00E86FA5" w:rsidRDefault="00E86FA5"/>
    <w:p w14:paraId="0D69EE25" w14:textId="43EEFFB1" w:rsidR="00A0642B" w:rsidRDefault="00B80DED" w:rsidP="00E86FA5">
      <w:pPr>
        <w:jc w:val="right"/>
      </w:pPr>
      <w:r>
        <w:t>Local:</w:t>
      </w:r>
      <w:r w:rsidR="00E86FA5">
        <w:t>__________________________________________________________</w:t>
      </w:r>
      <w:r w:rsidR="00262DBB">
        <w:t xml:space="preserve">, _____ de ______________ </w:t>
      </w:r>
      <w:proofErr w:type="spellStart"/>
      <w:r w:rsidR="00262DBB">
        <w:t>de</w:t>
      </w:r>
      <w:proofErr w:type="spellEnd"/>
      <w:r w:rsidR="00262DBB">
        <w:t xml:space="preserve"> </w:t>
      </w:r>
      <w:r>
        <w:t>20</w:t>
      </w:r>
      <w:r w:rsidR="00262DBB">
        <w:t>____.</w:t>
      </w:r>
      <w:r w:rsidR="00262DBB">
        <w:br/>
      </w:r>
    </w:p>
    <w:p w14:paraId="33E1BF8F" w14:textId="77777777" w:rsidR="00A0642B" w:rsidRDefault="00262DBB" w:rsidP="00E86FA5">
      <w:pPr>
        <w:jc w:val="center"/>
      </w:pPr>
      <w:r>
        <w:t>________________________________________</w:t>
      </w:r>
    </w:p>
    <w:p w14:paraId="767E9AAD" w14:textId="77777777" w:rsidR="00A0642B" w:rsidRDefault="00262DBB" w:rsidP="00E86FA5">
      <w:pPr>
        <w:jc w:val="center"/>
      </w:pPr>
      <w:r>
        <w:t>Assinatura do Declarante</w:t>
      </w:r>
    </w:p>
    <w:sectPr w:rsidR="00A0642B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96F7F0" w14:textId="77777777" w:rsidR="00275C65" w:rsidRDefault="00275C65" w:rsidP="00B80DED">
      <w:pPr>
        <w:spacing w:after="0" w:line="240" w:lineRule="auto"/>
      </w:pPr>
      <w:r>
        <w:separator/>
      </w:r>
    </w:p>
  </w:endnote>
  <w:endnote w:type="continuationSeparator" w:id="0">
    <w:p w14:paraId="44742B1A" w14:textId="77777777" w:rsidR="00275C65" w:rsidRDefault="00275C65" w:rsidP="00B80D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CB1CA" w14:textId="2BE070E1" w:rsidR="00B80DED" w:rsidRDefault="00B3140A" w:rsidP="00B3140A">
    <w:pPr>
      <w:pStyle w:val="Rodap"/>
      <w:jc w:val="center"/>
    </w:pPr>
    <w:r w:rsidRPr="00B3140A">
      <w:rPr>
        <w:noProof/>
      </w:rPr>
      <w:drawing>
        <wp:inline distT="0" distB="0" distL="0" distR="0" wp14:anchorId="5C57415A" wp14:editId="3BB1924D">
          <wp:extent cx="5486400" cy="778510"/>
          <wp:effectExtent l="0" t="0" r="0" b="2540"/>
          <wp:docPr id="73526842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526842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86400" cy="7785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23F191" w14:textId="77777777" w:rsidR="00275C65" w:rsidRDefault="00275C65" w:rsidP="00B80DED">
      <w:pPr>
        <w:spacing w:after="0" w:line="240" w:lineRule="auto"/>
      </w:pPr>
      <w:r>
        <w:separator/>
      </w:r>
    </w:p>
  </w:footnote>
  <w:footnote w:type="continuationSeparator" w:id="0">
    <w:p w14:paraId="3B7F2091" w14:textId="77777777" w:rsidR="00275C65" w:rsidRDefault="00275C65" w:rsidP="00B80D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EA485" w14:textId="49C337D7" w:rsidR="00B80DED" w:rsidRDefault="00B3140A" w:rsidP="00B3140A">
    <w:pPr>
      <w:pStyle w:val="Cabealho"/>
      <w:jc w:val="center"/>
    </w:pPr>
    <w:r>
      <w:rPr>
        <w:noProof/>
      </w:rPr>
      <w:drawing>
        <wp:inline distT="0" distB="0" distL="0" distR="0" wp14:anchorId="61420141" wp14:editId="27D18A65">
          <wp:extent cx="1767840" cy="495364"/>
          <wp:effectExtent l="0" t="0" r="0" b="0"/>
          <wp:docPr id="154654277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6542779" name="Imagem 154654277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87546" cy="5008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32025311">
    <w:abstractNumId w:val="8"/>
  </w:num>
  <w:num w:numId="2" w16cid:durableId="324750204">
    <w:abstractNumId w:val="6"/>
  </w:num>
  <w:num w:numId="3" w16cid:durableId="1375497042">
    <w:abstractNumId w:val="5"/>
  </w:num>
  <w:num w:numId="4" w16cid:durableId="628706831">
    <w:abstractNumId w:val="4"/>
  </w:num>
  <w:num w:numId="5" w16cid:durableId="376978067">
    <w:abstractNumId w:val="7"/>
  </w:num>
  <w:num w:numId="6" w16cid:durableId="1283461500">
    <w:abstractNumId w:val="3"/>
  </w:num>
  <w:num w:numId="7" w16cid:durableId="2060322849">
    <w:abstractNumId w:val="2"/>
  </w:num>
  <w:num w:numId="8" w16cid:durableId="1253467577">
    <w:abstractNumId w:val="1"/>
  </w:num>
  <w:num w:numId="9" w16cid:durableId="793138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42EF1"/>
    <w:rsid w:val="00055097"/>
    <w:rsid w:val="0006063C"/>
    <w:rsid w:val="0015074B"/>
    <w:rsid w:val="00262DBB"/>
    <w:rsid w:val="00275C65"/>
    <w:rsid w:val="0029639D"/>
    <w:rsid w:val="00326F90"/>
    <w:rsid w:val="00545319"/>
    <w:rsid w:val="005B5020"/>
    <w:rsid w:val="0062286F"/>
    <w:rsid w:val="00663BD1"/>
    <w:rsid w:val="009C6C3B"/>
    <w:rsid w:val="009D4FED"/>
    <w:rsid w:val="00A0642B"/>
    <w:rsid w:val="00A10B92"/>
    <w:rsid w:val="00AA1D8D"/>
    <w:rsid w:val="00B3140A"/>
    <w:rsid w:val="00B47730"/>
    <w:rsid w:val="00B80DED"/>
    <w:rsid w:val="00CB0664"/>
    <w:rsid w:val="00E86FA5"/>
    <w:rsid w:val="00EB48A7"/>
    <w:rsid w:val="00F5387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37DE5E6"/>
  <w14:defaultImageDpi w14:val="300"/>
  <w15:docId w15:val="{B66E4B7A-CFB0-4283-90A2-853E1C888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1C20E67-4A89-4E53-BF1D-B67993BE4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301</Words>
  <Characters>1629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1927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Pedro Cacheado</cp:lastModifiedBy>
  <cp:revision>3</cp:revision>
  <dcterms:created xsi:type="dcterms:W3CDTF">2025-11-06T19:36:00Z</dcterms:created>
  <dcterms:modified xsi:type="dcterms:W3CDTF">2025-11-11T16:29:00Z</dcterms:modified>
  <cp:category/>
</cp:coreProperties>
</file>